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Hlboké röntgenové lúče sú také skutočné, že ani lekári nedokážu rozpoznať rozdiel</w:t>
      </w:r>
    </w:p>
    <w:p>
      <w:r>
        <w:t>Zdroj: ScienceDaily Health</w:t>
      </w:r>
    </w:p>
    <w:p>
      <w:r>
        <w:t>Publikované: Thu, 26 Mar 2026 06:42:12 EDT</w:t>
      </w:r>
    </w:p>
    <w:p/>
    <w:p>
      <w:pPr>
        <w:pStyle w:val="Heading1"/>
      </w:pPr>
      <w:r>
        <w:t>Súhrn</w:t>
      </w:r>
    </w:p>
    <w:p>
      <w:r>
        <w:t>Hlboké röntgenové snímky vytvorené umelou inteligenci sú tak presvedčivé, že oklamú lekárov aj modely AI. V testoch mali rádiológovia obmedzený úspech pri identifikácii falošných obrázkov. Najmä vtedy, keď nevedeli, že sa zobrazujú deepfake snímky. Táto situácia otvára dvere rizikám ako podvodné lekárske tvrdenia. Ďalším rizikom sú sfalšované diagnózy. Odborníci zdôrazňujú potrebu silnejších ochranných nástrojov. Rovnako sú nevyhnutné pokročilé detekčné nástroje. Pri napredovaní technológie sa stávajú tieto opatrenia kritickými.</w:t>
      </w:r>
    </w:p>
    <w:p/>
    <w:p>
      <w:pPr>
        <w:jc w:val="center"/>
      </w:pPr>
      <w:r>
        <w:t>Vygenerované: 26.03.2026 14:00:30</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