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otvára dvere spätnej väzbe na „nejasnú“ cestu národných prioritných kupónov</w:t>
      </w:r>
    </w:p>
    <w:p>
      <w:r>
        <w:t>Zdroj: Pharmaceutical Technology</w:t>
      </w:r>
    </w:p>
    <w:p>
      <w:r>
        <w:t>Publikované: Thu, 26 Mar 2026 11:30:26 +0000</w:t>
      </w:r>
    </w:p>
    <w:p/>
    <w:p>
      <w:pPr>
        <w:pStyle w:val="Heading1"/>
      </w:pPr>
      <w:r>
        <w:t>Súhrn</w:t>
      </w:r>
    </w:p>
    <w:p>
      <w:r>
        <w:t>FDA oznamuje verejné vypočutie na získanie spätnej väzby k pilotnému programu Commissioner's National Priority Voucher (CNPV), ktorý je považovaný za nejasný.[1][7] Vypočutie sa uskutoční 12. júna 2026 od 13:00 do 16:00 ET na sídle FDA v Silver Spring, Maryland.[1] Registrácia na účasť otvorí 1. apríla 2026 a žiadosti musia byť podané do 1. mája 2026.[1] Komentáre k programu je možné poslať do 29. júna 2026 cez systém regulations.gov.[1] Program CNPV, spustený v júni 2025, urýchľuje schvaľovanie liekov na 1-2 mesiace oproti štandardným 6+ mesiacom pomocou rolling review a tumor board-style stretnutí.[3][4][7] Do programu bolo vydaných celkovo 15 poukážok, vrátane druhej série šiestich pre lieky ako zongertinib na rakovinu pľúc, bedaquiline na odolnú tuberkulózu u detí či casgevy na srpkovitú anémiu.[3][4] FDA nedávno schválila liek Hernexeos (zongertinib) na rakovinu pľúc 44 dní po podaní žiadosti, kde klinické údaje ukázali 76 % pacientov s výrazným zmenšením nádoru oproti 30-45 % v štandardnej starostlivosti.[3] Program sa zameriava na priority ako odpoveď na zdravotné krízy, inovatívne terapie, veľké nevyužité potreby, domácu výrobu a dostupnosť liekov.[7]</w:t>
      </w:r>
    </w:p>
    <w:p/>
    <w:p>
      <w:pPr>
        <w:jc w:val="center"/>
      </w:pPr>
      <w:r>
        <w:t>Vygenerované: 26.03.2026 13:00:55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