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Štúdia zistila, že vakcíny proti Covidu nesúvisia s náhlou smrťou u zdravých mladších dospelých</w:t>
      </w:r>
    </w:p>
    <w:p>
      <w:r>
        <w:t>Zdroj: BMJ</w:t>
      </w:r>
    </w:p>
    <w:p>
      <w:r>
        <w:t>Publikované: 2026-03-26T04:21:07-07:00</w:t>
      </w:r>
    </w:p>
    <w:p/>
    <w:p>
      <w:pPr>
        <w:pStyle w:val="Heading1"/>
      </w:pPr>
      <w:r>
        <w:t>Súhrn</w:t>
      </w:r>
    </w:p>
    <w:p>
      <w:r>
        <w:t>Kanadská štúdia prípadovej kontroly zistila, že vakcíny proti Covid-19 nezvyšujú riziko náhlej srdcovej smrti u zdravých mladších dospelých. Štúdia zahŕňala takmer 6,4 milióna obyvateľov Ontária vo veku 12-50 rokov bez zdokumentovaných komorbidít, ako sú kardiovaskulárne choroby, cukrovka alebo rakovina. Z tejto skupiny zomrelo náhle 0,08 % ľudí, s stredným vekom 36 rokov, pričom 74,4 % boli muži. Na splnenie kritérií náhleho úmrtia museli smrti nastať mimo nemocnice, na pohotovosti alebo v nemocnici do 24 hodín od prijatia, s diagnózou zástava srdca, náhla smrť alebo závažná komorová arytmia, bez faktorov ako trauma či duševná porucha. Z celkového počtu 4448 (89,6 %) úmrtí sa stalo v prednemocničnom prostredí a 515 (10,4 %) do jedného dňa po prevoze do nemocnice.</w:t>
      </w:r>
    </w:p>
    <w:p/>
    <w:p>
      <w:pPr>
        <w:jc w:val="center"/>
      </w:pPr>
      <w:r>
        <w:t>Vygenerované: 26.03.2026 13:00:33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