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Indické zdravotníctvo sa pripravuje na to, aby nahradilo starnúce lekárske budovy</w:t>
      </w:r>
    </w:p>
    <w:p>
      <w:r>
        <w:t>Zdroj: MedPage Today</w:t>
      </w:r>
    </w:p>
    <w:p>
      <w:r>
        <w:t>Publikované: Thu, 26 Mar 2026 17:18:58 -0400</w:t>
      </w:r>
    </w:p>
    <w:p/>
    <w:p>
      <w:pPr>
        <w:pStyle w:val="Heading1"/>
      </w:pPr>
      <w:r>
        <w:t>Súhrn</w:t>
      </w:r>
    </w:p>
    <w:p>
      <w:r>
        <w:t>Indické zdravotníctvo (Indian Health Service) sa pripravuje na začiatok stavby nového federálneho zdravotníckeho strediska neďaleko Albuquerque. Stredisko vznikne na prázdnom pozemku medzi hasičskou stanicou a futbalovým ihriskom. Toto zariadenie bolo indiánskym pacientom prisľúbené pred viac ako 30 rokmi. Začiatkom mesiaca Santa Ana... (článok je neúplný). Albuquerque Area slúži 27 rôznym tribálnym skupinám vrátane 20 pueblo, dvoch apache bandov, troch bandov Navajo a dvoch Ute kmeňov v štátoch Nové Mexiko, Colorado, Texas a Utah. Poskytuje starostlivosť prostredníctvom piatich nemocníc, jedenástich zdravotných centier a dvanástich poľných kliník rozdelených do ôsmich servisných jednotiek. Albuquerque Indian Health Center na adrese 801 Vassar Drive NE je akreditovaný ako ambulantná zdravotná klinika a ponúka služby ako všeobecná medicína, zubná starostlivosť, behaviorálna zdravotná starostlivosť a špecializované kliniky.[2][3]</w:t>
      </w:r>
    </w:p>
    <w:p/>
    <w:p>
      <w:pPr>
        <w:jc w:val="center"/>
      </w:pPr>
      <w:r>
        <w:t>Vygenerované: 27.03.2026 00:00:42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