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FDA schvaľuje novú kombináciu liekov na ťažko liečiteľnú rakovinu vaječníkov</w:t>
      </w:r>
    </w:p>
    <w:p>
      <w:r>
        <w:t>Zdroj: MedPage Today</w:t>
      </w:r>
    </w:p>
    <w:p>
      <w:r>
        <w:t>Publikované: Wed, 25 Mar 2026 16:09:38 -0400</w:t>
      </w:r>
    </w:p>
    <w:p/>
    <w:p>
      <w:pPr>
        <w:pStyle w:val="Heading1"/>
      </w:pPr>
      <w:r>
        <w:t>Súhrn</w:t>
      </w:r>
    </w:p>
    <w:p>
      <w:r>
        <w:t>FDA schválila kombináciu lieku relakorilant (Lifyorli) s nab-paclitaxelom (Abraxane) na liečbu dospelých pacientov s epiteliálnym karcinómom vaječníkov, vajíčkovodov alebo primárnym peritoneálnym karcinómom, ktorý je rezistentný na platinu. Táto kombinácia je určená pre ťažko liečiteľné formy týchto ochorení. Schválenie oznámil MedPage Today. Lieky sa podávajú spoločne pacientom, ktorí nereagujú na štandardnú platinovú chemoterapiu. Relakorilant je nový liek schválený v tejto kombinácii. Nab-paclitaxel je známy chemoterapeutikum viazané na albumín, ktoré zlepšuje dodávku účinnej látky do buniek. Schválenie rozširuje možnosti liečby pre pacientov s pokročilými štádiami rakoviny vaječníkov.</w:t>
      </w:r>
    </w:p>
    <w:p/>
    <w:p>
      <w:pPr>
        <w:jc w:val="center"/>
      </w:pPr>
      <w:r>
        <w:t>Vygenerované: 25.03.2026 23:00:41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