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Vedenie CDC v limbu, keďže Trumpova administratíva zmeškala termín na vymenovanie riaditeľa</w:t>
      </w:r>
    </w:p>
    <w:p>
      <w:r>
        <w:t>Zdroj: STAT News</w:t>
      </w:r>
    </w:p>
    <w:p>
      <w:r>
        <w:t>Publikované: Wed, 25 Mar 2026 21:25:26 +0000</w:t>
      </w:r>
    </w:p>
    <w:p/>
    <w:p>
      <w:pPr>
        <w:pStyle w:val="Heading1"/>
      </w:pPr>
      <w:r>
        <w:t>Súhrn</w:t>
      </w:r>
    </w:p>
    <w:p>
      <w:r>
        <w:t>Trumpova administratíva zmeškala zákonom stanovený termín na vymenovanie riaditeľa CDC, čím zostáva vedenie centra v neistote.[1][2] Aktuálne ho dočasne zastáva Dr. Jay Bhattacharya, riaditeľ National Institutes of Health (NIH), ktorý bude pokračovať v tejto funkcii až do menovania stálého riaditeľa potvrdeného Senátom.[1][2][3] Bhattacharya je lekár a zdravotný ekonóm bez formálneho vzdelania v verejnom zdraví, no jeho výskum sa zameriava na blaho populácie.[1] Hľadanie nového riaditeľa vedie Chris Klomp, špičkový poradca v ministerstve zdravotníctva pod vedením Roberta F. Kennedyho Jr..[2] Termín Bhattacharyho ako dočasného riaditeľa končí vo štvrtok, ak nebude vymenovaný nástupca.[3] CDC prešlo viacerými zmenami vo vedení od návratu Trumpa do Bieleho domu minulý rok.[1][3]</w:t>
      </w:r>
    </w:p>
    <w:p/>
    <w:p>
      <w:pPr>
        <w:jc w:val="center"/>
      </w:pPr>
      <w:r>
        <w:t>Vygenerované: 25.03.2026 23:00:32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