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Rozhovor o vazektómii: Smernica odráža zmeny u pacientov, body, o ktorých sa hovorí</w:t>
      </w:r>
    </w:p>
    <w:p>
      <w:r>
        <w:t>Zdroj: MedPage Today</w:t>
      </w:r>
    </w:p>
    <w:p>
      <w:r>
        <w:t>Publikované: Wed, 25 Mar 2026 15:58:37 -0400</w:t>
      </w:r>
    </w:p>
    <w:p/>
    <w:p>
      <w:pPr>
        <w:pStyle w:val="Heading1"/>
      </w:pPr>
      <w:r>
        <w:t>Súhrn</w:t>
      </w:r>
    </w:p>
    <w:p>
      <w:r>
        <w:t>Vazektómia je bezpečná a účinná trvalá metóda antikoncepcie pre mužov. Americká urologická asociácia (AUA) vydala aktualizované pokyny v januári 2026, ktoré odrážajú zmeny u pacientov a nové body na diskusiu. Pokyny sumarizujú aktuálne dôkazy o vazektómii, vrátane indikácií, predoperačného poradenstva a ďalších aspektov. Zahŕňajú prehľad procedúry a zdôrazňujú potrebu budúceho prehodnotenia s rastom znalostí. Dve urologičky, jedna z privátnej praxe, poskytli poznámky k navigácii týchto pokynov. Pokyny boli publikované v Journal of Urology ako časť I.[2][3]</w:t>
      </w:r>
    </w:p>
    <w:p/>
    <w:p>
      <w:pPr>
        <w:jc w:val="center"/>
      </w:pPr>
      <w:r>
        <w:t>Vygenerované: 25.03.2026 22:00:29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