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Domáci lekári oznamujú nový štrajk v Anglicku</w:t>
      </w:r>
    </w:p>
    <w:p>
      <w:r>
        <w:t>Zdroj: BMJ</w:t>
      </w:r>
    </w:p>
    <w:p>
      <w:r>
        <w:t>Publikované: 2026-03-25T10:21:05-07:00</w:t>
      </w:r>
    </w:p>
    <w:p/>
    <w:p>
      <w:pPr>
        <w:pStyle w:val="Heading1"/>
      </w:pPr>
      <w:r>
        <w:t>Súhrn</w:t>
      </w:r>
    </w:p>
    <w:p>
      <w:r>
        <w:t>Rezidentní lekári v Anglicku oznámili šesť dní ďalšieho štrajku po odmietnutí vládnej ponuky na ukončenie sporu o platy a pracovné miesta. Výbor miestnych lekárov (RDC) BMA uviedol, že napriek niekoľkotýždňovým rozhovorom bola konečná ponuka ministra zdravotníctva nedostatočná. Štrajk sa uskutoční od 7. hodiny ráno 7. apríla do 6:59 hodiny ráno 13. apríla. Predseda RDC Jack Fletcher povedal, že už týždne rokujú v dobrej viere na ukončenie krízy odmeňovania a zamestnanosti. Dosiahli dobrý pokrok, no posledné dva týždne vládu posunuli len do bodu F. Ako rokovania pokročili, bolo jasné, že navrhované peniaze na zvýšenie miezd sa rozložia na tri roky.</w:t>
      </w:r>
    </w:p>
    <w:p/>
    <w:p>
      <w:pPr>
        <w:jc w:val="center"/>
      </w:pPr>
      <w:r>
        <w:t>Vygenerované: 25.03.2026 20:00:35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