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Nominácia na generála chirurga sa zastavila, pretože senátori spochybňovali skúsenosti s prostriedkami, Vax Stance</w:t>
      </w:r>
    </w:p>
    <w:p>
      <w:r>
        <w:t>Zdroj: MedPage Today</w:t>
      </w:r>
    </w:p>
    <w:p>
      <w:r>
        <w:t>Publikované: Wed, 25 Mar 2026 12:13:33 -0400</w:t>
      </w:r>
    </w:p>
    <w:p/>
    <w:p>
      <w:pPr>
        <w:pStyle w:val="Heading1"/>
      </w:pPr>
      <w:r>
        <w:t>Súhrn</w:t>
      </w:r>
    </w:p>
    <w:p>
      <w:r>
        <w:t>Nominácia Casey Means, MD, na post generálneho chirurga USA sa zastavila po vypočutí v Senáte. Senátori oboch hlavných politických strán ju kritizovali pre nedostatok skúseností a postoje k vakcínam a iným zdravotným témam. Means je wellness ovplyvňovateľka a líderka hnutia Make America Healthy Again (MAHA), ktoré podporuje Donald Trump. Prezident Trump ju nominoval 7. mája 2025 na odporúčanie Roberta F. Kennedyho Jr. po stiahnutí predchádzajúcej kandidátky. Na vypočutí 25. februára 2026 pred výborom HELP sľúbila boj proti chronickým ochoreniam zmenami v strave a životnom štýle namiesto reaktívnej medicíny. Nemá aktívnu lekársku licenciu ani vládne skúsenosti a čelí kritike za finančné väzby na zdravotnícke produkty bez zverejnenia konfliktov. Bývalí generálni chirurgovia, ako Richard Carmona a Jerome Adams, spochybnili jej kvalifikáciu.[](https://www.medpagetoday.com/washington-watch/washington-watch/114682)</w:t>
      </w:r>
    </w:p>
    <w:p/>
    <w:p>
      <w:pPr>
        <w:jc w:val="center"/>
      </w:pPr>
      <w:r>
        <w:t>Vygenerované: 25.03.2026 19:01:19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