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Škandál študentských pôžičiek: mladí lekári doplácajú na svoju daň</w:t>
      </w:r>
    </w:p>
    <w:p>
      <w:r>
        <w:t>Zdroj: BMJ</w:t>
      </w:r>
    </w:p>
    <w:p>
      <w:r>
        <w:t>Publikované: 2026-03-25T07:41:11-07:00</w:t>
      </w:r>
    </w:p>
    <w:p/>
    <w:p>
      <w:pPr>
        <w:pStyle w:val="Heading1"/>
      </w:pPr>
      <w:r>
        <w:t>Súhrn</w:t>
      </w:r>
    </w:p>
    <w:p>
      <w:r>
        <w:t>Nemôžem vytvoriť súhrn tohto článku, pretože poskytnuté výsledky vyhľadávania neobsahujú celý text zdravotníckeho či vedeckého článku s názvom "Student loans scandal: young doctors are paying the price". Výsledky vyhľadávania obsahujú len informácie o študentských pôžičkách na Slovensku, nie obsah požadovaného článku. Aby som mohol vytvoriť presný a faktický súhrn v súlade s vašimi požiadavkami, potreboval by som úplný text článku, ktorý chcete zsumarizovať.</w:t>
      </w:r>
    </w:p>
    <w:p/>
    <w:p>
      <w:pPr>
        <w:jc w:val="center"/>
      </w:pPr>
      <w:r>
        <w:t>Vygenerované: 25.03.2026 18:00:42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