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Ako skutočný pohotovostný lekár pomáha „Pittovi“ cítiť sa skutočne</w:t>
      </w:r>
    </w:p>
    <w:p>
      <w:r>
        <w:t>Zdroj: MedPage Today</w:t>
      </w:r>
    </w:p>
    <w:p>
      <w:r>
        <w:t>Publikované: Wed, 25 Mar 2026 10:47:17 -0400</w:t>
      </w:r>
    </w:p>
    <w:p/>
    <w:p>
      <w:pPr>
        <w:pStyle w:val="Heading1"/>
      </w:pPr>
      <w:r>
        <w:t>Súhrn</w:t>
      </w:r>
    </w:p>
    <w:p>
      <w:r>
        <w:t>Seriál „The Pitt“ je lekárska dráma odohrávajúca sa v Pittsburgh Trauma Medical Hospital počas nepretržitých 15 hodín. Joe Sachs, MD, je pohotovostný lekár, scenárista a výkonný producent seriálu, ktorý spolupracuje s tromi ďalšími lekármi na vývoji príbehov. Tím sa snaží o medicínsku presnosť, aktuálnosť a autentickosť, odmieta nerealistické nápady a hľadá neobvyklé prípadové štúdie. Seriál mal premiéru na HBO Max začiatkom roku 2025 a získal chválu lekárov za realistické zobrazenie práce na pohotovosti. Niektorí klinici navrhli, aby sa kvalifikoval na kredity na ďalšie vzdelávanie. Šéfredaktor MedPage Today Jeremy Faust, MD, analyzuje epizódy, ako napríklad 2. epizódu 2. série, kde hodnotí presnosť tém ako AI nástroje na dokumentáciu či oznamovanie zlých správ pacientom. Tvorcovia vrátane R. Scotta Gemmilla a Mela Herberta diskutujú o postavách, medicínskych prípadoch a dizajne kulís.[1][2][3][4][8][10]</w:t>
      </w:r>
    </w:p>
    <w:p/>
    <w:p>
      <w:pPr>
        <w:jc w:val="center"/>
      </w:pPr>
      <w:r>
        <w:t>Vygenerované: 25.03.2026 17:00:47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