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Vedci práve zistili, že včely a kolibríky pijú alkohol</w:t>
      </w:r>
    </w:p>
    <w:p>
      <w:r>
        <w:t>Zdroj: ScienceDaily Health</w:t>
      </w:r>
    </w:p>
    <w:p>
      <w:r>
        <w:t>Publikované: Wed, 25 Mar 2026 07:05:29 EDT</w:t>
      </w:r>
    </w:p>
    <w:p/>
    <w:p>
      <w:pPr>
        <w:pStyle w:val="Heading1"/>
      </w:pPr>
      <w:r>
        <w:t>Súhrn</w:t>
      </w:r>
    </w:p>
    <w:p>
      <w:r>
        <w:t>Vedci zistili, že včely a kolibríky pijú alkohol obsiahnutý v kvetinovom nektáre. Kvetinový nektár často obsahuje malé množstvo alkoholu. Opeľovače ako kolibríky ho pijú celý deň. Konzumujú množstvá alkoholu ekvivalentné množstvám, ktoré pijú ľudia. Napriek tomu nevykazujú žiadne známky intoxikácie. Toto naznačuje prekvapivú evolučnú toleranciu.</w:t>
      </w:r>
    </w:p>
    <w:p/>
    <w:p>
      <w:pPr>
        <w:jc w:val="center"/>
      </w:pPr>
      <w:r>
        <w:t>Vygenerované: 25.03.2026 13:00:49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