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Izrael používa &amp;#x201c;príručku Gazy&amp;#x201d; napadnúť zdravotnícke zariadenia v Libanone, varujú odborníci</w:t>
      </w:r>
    </w:p>
    <w:p>
      <w:r>
        <w:t>Zdroj: BMJ</w:t>
      </w:r>
    </w:p>
    <w:p>
      <w:r>
        <w:t>Publikované: 2026-03-25T02:21:07-07:00</w:t>
      </w:r>
    </w:p>
    <w:p/>
    <w:p>
      <w:pPr>
        <w:pStyle w:val="Heading1"/>
      </w:pPr>
      <w:r>
        <w:t>Súhrn</w:t>
      </w:r>
    </w:p>
    <w:p>
      <w:r>
        <w:t>Izrael pri útokoch na zdravotnícke zariadenia v Libanone používa podobnú taktiku a posielanie správ ako v Gaze, varujú experti na ľudské práva. Od začiatku marca, keď sa zvýšilo nepriateľstvo medzi Izraelom a Hizballáhom, bolo v Libanone zabitých najmenej 1029 ľudí a 2786 zranených. V posledných týždňoch bolo zaznamenaných viac ako 60 útokov na blízke zdravotnícke zariadenia. Experti to označujú za vážne ignorovanie medzinárodného humanitárneho práva, ktoré chráni zdravotnícke zariadenia počas konfliktov. Paralely vidia medzi dlhotrvajúcimi akciami Izraela v Gaze, kde boli zdravotnícke zariadenia opakovane terčom, a útokmi v Libanone vrátane ospravedlnení správami. Nedávna vlna konfliktu sa začala 28. februára, keď USA a Izrael...</w:t>
      </w:r>
    </w:p>
    <w:p/>
    <w:p>
      <w:pPr>
        <w:jc w:val="center"/>
      </w:pPr>
      <w:r>
        <w:t>Vygenerované: 25.03.2026 12:01:24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