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Transdermálne estradiolové náplasti pri lokálne pokročilom karcinóme prostaty</w:t>
      </w:r>
    </w:p>
    <w:p>
      <w:r>
        <w:t>Zdroj: NEJM</w:t>
      </w:r>
    </w:p>
    <w:p>
      <w:r>
        <w:t>Publikované: 2026-03-25T09:00:00Z</w:t>
      </w:r>
    </w:p>
    <w:p/>
    <w:p>
      <w:pPr>
        <w:pStyle w:val="Heading1"/>
      </w:pPr>
      <w:r>
        <w:t>Súhrn</w:t>
      </w:r>
    </w:p>
    <w:p>
      <w:r>
        <w:t>Štúdia skúmala použitie transdermálnych estradiolových náplastí pri liečbe lokálne pokročilého karcinómu prostaty. Publikovaná v New England Journal of Medicine (Ahead of Print). Hlavné zistenia zahŕňajú porovnanie tejto terapie s tradičnými androgen-deprivačnými metódami. Transdermálne náplasti uvoľňujú estradiol cez kožu priamo do krvného obehu. Štúdia preukázala podobnú účinnosť v potláčaní testosterónu ako injekčné lieky. Pacienti mali menej kardiovaskulárnych príhod v porovnaní so štandardnou liečbou. Terapia bola dobre tolerovaná s nižším výskytom vedľajších účinkov na srdce.</w:t>
      </w:r>
    </w:p>
    <w:p/>
    <w:p>
      <w:pPr>
        <w:jc w:val="center"/>
      </w:pPr>
      <w:r>
        <w:t>Vygenerované: 26.03.2026 10:03:48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