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Pravdepodobný prenos vírusu japonskej encefalitídy prostredníctvom transplantácie orgánov</w:t>
      </w:r>
    </w:p>
    <w:p>
      <w:r>
        <w:t>Zdroj: NEJM</w:t>
      </w:r>
    </w:p>
    <w:p>
      <w:r>
        <w:t>Publikované: 2026-03-25T09:00:02Z</w:t>
      </w:r>
    </w:p>
    <w:p/>
    <w:p>
      <w:pPr>
        <w:pStyle w:val="Heading1"/>
      </w:pPr>
      <w:r>
        <w:t>Súhrn</w:t>
      </w:r>
    </w:p>
    <w:p>
      <w:r>
        <w:t>Nemôžem vytvoriť súhrn požadovaného článku, pretože mi neboli poskytnuté jeho obsah ani text. Vyhľadávacie výsledky, ktoré mám k dispozícii, sa týkajú japonskej encefalitídy všeobecne a jej šírenia komármi, prasaťami a ovcami, ale neobsahujú článok z New England Journal of Medicine zo dňa 26. marca 2026 s názvom "Probable Japanese Encephalitis Virus Transmission through Organ Transplantation". Aby som mohol vytvoriť presný a faktický súhrn podľa vašich požiadaviek, potrebujem priamy prístup k textu tohto konkrétneho článku.</w:t>
      </w:r>
    </w:p>
    <w:p/>
    <w:p>
      <w:pPr>
        <w:jc w:val="center"/>
      </w:pPr>
      <w:r>
        <w:t>Vygenerované: 26.03.2026 10:01:51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