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Stanovisko: Pohotovostné oddelenia nie sú vybavené na to, aby pomáhali pacientom s demenciou</w:t>
      </w:r>
    </w:p>
    <w:p>
      <w:r>
        <w:t>Zdroj: STAT News</w:t>
      </w:r>
    </w:p>
    <w:p>
      <w:r>
        <w:t>Publikované: Wed, 25 Mar 2026 08:30:00 +0000</w:t>
      </w:r>
    </w:p>
    <w:p/>
    <w:p>
      <w:pPr>
        <w:pStyle w:val="Heading1"/>
      </w:pPr>
      <w:r>
        <w:t>Súhrn</w:t>
      </w:r>
    </w:p>
    <w:p>
      <w:r>
        <w:t>Pohotovostné oddelenia nie sú vybavené na pomoc pacientom s demenciou. Toto stanovisko zdôrazňuje nedostatky v zariadeniach a príprave personálu na starostlivosť o týchto pacientov. Pacienti s demenciou často potrebujú špeciálny dohľad a prostredie, ktoré pohotovosti neposkytujú. Článok neuvádza žiadne štatistiky ani výsledky štúdií. Zameriava sa výlučne na názor, že súčasný systém nie je prispôsobený ich potrebám.</w:t>
      </w:r>
    </w:p>
    <w:p/>
    <w:p>
      <w:pPr>
        <w:jc w:val="center"/>
      </w:pPr>
      <w:r>
        <w:t>Vygenerované: 25.03.2026 10:01:15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