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Miera klírensu kreatinínu predpovedá mortalitu zo všetkých príčin a kardiovaskulárnu mortalitu u pacientov s MASLD: kohortová štúdia v Šanghaji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v Šanghaji skúmala päťročnú kohortu dospelých pacientov s MASLD (steatotické ochorenie pečene spojené s metabolickou dysfunkciou) z okresu Pudong. Vyššia miera klírensu kreatinínu (CCR) bola nezávisle spojená so zníženým rizikom kardiovaskulárnej mortality (HR = 0,95; 95 % CI: 0,95–0,96) a mortality zo všetkých príčin (HR = 0,97; 95 % CI: 0,96–0,97), obe P &lt; 0,001. V porovnaní s najnižším tertilom (T1) mali stredný (T2) a najvyšší tertil (T3) nižšie riziká (P pre trend &lt; 0,05). Analýza RCS ukázala nelineárnu koreláciu pre oba výsledky (P pre nelinearitu &lt; 0,05) a Kaplan-Meierove krivky potvrdili vyššiu pravdepodobnosť prežitia v T3 (log-rank P &lt; 0,001). Regresia LASSO vybrala CCR do prognostického modelu, ktorý ROC analýza potvrdila ako užitočný na stratifikáciu rizika. Analýzy citlivosti potvrdili stabilitu zistení. CCR slúži ako cenný prognostický marker renálnej funkcie u pacientov s MASLD.</w:t>
      </w:r>
    </w:p>
    <w:p/>
    <w:p>
      <w:pPr>
        <w:jc w:val="center"/>
      </w:pPr>
      <w:r>
        <w:t>Vygenerované: 25.03.2026 07:47:50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