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Porovnanie účinnosti špirálového CT v kombinácii s pokročilou multiplanárnou rekonštrukciou pri detekcii progresie pneumokoniózy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skúmala možnosti špirálového CT s pokročilou multiplanárnou rekonštrukciou pri určovaní štádia pneumokoniózy. Výskum zahŕňal 65 pacientov s potvrdenou pneumokoniózou rozdelenými do troch skupín podľa závažnosti (42 pacientov v štádiu I, 16 v štádiu II a 7 v štádiu III). Výskumníci merali tri parametre: pomer hrúbky steny priedušky k jej priemeru (WT/D), variačný index vaskulárneho bifurkačného uhla (AVI) a peribronchiálny fraktálny rozmer (FD). Kombinovanie všetkých troch parametrov dosiahlo vysokú diagnostickú účinnosť s citlivosťou 92,3 % a špecificitou 88,6 %, čím prekonalo jednotlivé parametre. Skupina pacientov v štádiu III vykazovala významne vyššie hodnoty všetkých troch meraných parametrov v porovnaní so skupinou v štádiu I. Spoľahlivosť meraní bola vysoká, pričom vnútrotriedny korelačný koeficient pre merania WT/D dosiahol 0,923 a diagnostická zhoda pre štádium III bola 100 %. Záver štúdie uvádza, že technológia multiplanárnej rekonštrukcie môže objektívne kvantifikovať štrukturálne zmeny v pľúcach pri pneumokonióze a poskytnúť spoľahlivý základ pre klinické určenie jej štádia.</w:t>
      </w:r>
    </w:p>
    <w:p/>
    <w:p>
      <w:pPr>
        <w:jc w:val="center"/>
      </w:pPr>
      <w:r>
        <w:t>Vygenerované: 25.03.2026 07:47:17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