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učenia na základe prípadov v kombinácii s prevrátenou triedou na punkciu axilárnej žily a schopnosť katetrizácie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vyhodnotila účinnosť kombinácie prípadového učenia (CBL) a prevrátenej triedy (FC) na výcvik rezidentov v punkcii a katetrizácii axilárnej žily (AVPC). Randomizovaná kontrolovaná štúdia zahŕňala 46 rezidentov v reformnej skupine (CBL-FC) a 47 v kontrolnej skupine s tradičným výučbou. Reformná skupina dosiahla výrazne vyššiu úspešnosť prvej punkcie a kratší operačný čas (t = 6,474 a 6,459, p &lt; 0,05). Skóre mini-CEX v oblastiach operačných zručností, klinického úsudku, sebareflexie a profesionálneho postoja bolo vyššie v reformnej skupine (všetky p &lt; 0,05). Miera dodržiavania EPA bola lepšia v reformnej skupine (χ² = 24,373, p &lt; 0,05). Rezidenti v reformnej skupine prejavili vyššiu spokojnosť s obsahom, simulačnou praxou, interakciou, metódami a zdrojmi (všetky p &lt; 0,05). Model CBL-FC efektívne zlepšuje klinické zručnosti a môže nahradiť tradičné výučovanie v kritickej starostlivosti.</w:t>
      </w:r>
    </w:p>
    <w:p/>
    <w:p>
      <w:pPr>
        <w:jc w:val="center"/>
      </w:pPr>
      <w:r>
        <w:t>Vygenerované: 25.03.2026 07:46:48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