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regenerácie k imunomodulácii: 20-ročná globálna bibliometrická analýza plazmy bohatej na krvné doštičky na osteoartritídu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analyzovala 20 rokov výskumu o plazme bohatej na krvné doštičky (PRP) pri liečbe osteoartritídy pomocou bibliometrickej analýzy databázy Web of Science. Výskum pochádzal predovšetkým zo Spojených štátov amerických (1 675 publikácií) a Číny (1 310 publikácií), pričom počet publikácií výrazne vzrástol od roku 2012. Vedúcimi výskumnými inštitúciami boli Ortopedický inštitút Rizzoli, Nemocnica pre špeciálnu chirurgiu a Rush University, a najplodnejším autorom bol Giuseppe Filardo. Výskum sa pôvodne zameriaval na regeneráciu poškodeného tkaniva, ale postupne sa presunul na pochopenie imunomodulačných mechanizmov, najmä na reguláciu makrofágových fenotypov a zápalových mediátorov. Štúdia identifikovala štyri hlavné oblasti výskumu: ciele choroby a tkanivové mechanizmy, patofyziologické procesy, porovnávacie klinické liečby a metodológie výskumu. Autori odporúčajú, aby budúci výskum uprednostňoval štandardizáciu PRP protokolov na základe ich imunomodulačného potenciálu a ďalšie skúmanie stratégií na manipuláciu zápalového prostredia kĺbov.</w:t>
      </w:r>
    </w:p>
    <w:p/>
    <w:p>
      <w:pPr>
        <w:jc w:val="center"/>
      </w:pPr>
      <w:r>
        <w:t>Vygenerované: 25.03.2026 07:46:30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