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Prediktívna hodnota pomeru fibrinogénu k albumínu pri skorom zmeškanom potrate: štúdia prípadu a kontroly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prípadov a kontrol skúmala prediktívnu hodnotu pomeru fibrinogénu k albumínu (FAR) pri skorom zmeškanom potrate u 180 žien so spontánnym potratom a 990 žien s normálnym tehotenstvom. Neboli zistené významné rozdiely v hladinách albumínu, D-diméru, počtu krvných doštičiek (PLT), priemernom objeme krvných doštičiek (MPV) a pomere krvných doštičiek k lymfocytom (PLR) medzi skupinami (p &gt; 0,05). Naopak, pomer neutrofilov k lymfocytom (NLR), fibrinogén a FAR boli významne vyššie v skupine so skorým zmeškaným potratom (p &lt; 0,05). Analýza ROC krivky ukázala pre NLR senzitivitu 71,1 % a špecificitu 74,4 % pri hraničnej hodnote 3,58. FAR mal vyššiu senzitivitu 90 % a špecificitu 81,1 % pri hraničnej hodnote 0,008 na predikciu skorého zmeškaného potratu. Štúdia poukazuje na úlohu protrombotických stavov pri vzniku skorého zmeškaného potratu.</w:t>
      </w:r>
    </w:p>
    <w:p/>
    <w:p>
      <w:pPr>
        <w:jc w:val="center"/>
      </w:pPr>
      <w:r>
        <w:t>Vygenerované: 25.03.2026 07:46:07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