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Hypereozinofilný syndróm nesprávne diagnostikovaný ako atopická dermatitída v dôsledku refraktérnej svrbivej vyrážky maskujúcej periférnu neuropatiu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49-ročný muž mal 10 rokov recidivujúce svrbivé papuly, ktoré boli pôvodne liečené ako atopická dermatitída. Laboratórne vyšetrenie ukázalo výraznú eozinofíliu s absolútnym počtom eozinofilov 5,29 × 10^9/l a celkovým IgE nad 6 000 IU/ml (norma 0–100 IU/ml). Po začatí upadacitinibu na refraktérny svrbenie sa svrbenie znížilo, čím sa odhalila distálna necitlivosť a nestabilita chôdze. Štúdie nervového vedenia preukázali symetrickú senzorickú polyneuropatiu s axonálnou poruchou a kožná biopsia eozinofilnú infiltráciu bez vaskulitídy. Hustota intraepidermálnych nervových vlákien bola v norme podľa veku. Po vylúčení iných príčin bola stanovená diagnóza idiopatického hypereozinofilného syndrómu s postihnutím kože a periférnych nervov. Liečba mepolizumabom (300 mg subkutánne každé 4 týždne) viedla k zlepšeniu neuropatických príznakov a poklesu eozinofilov. Prípad zdôrazňuje potrebu elektrofyziologického vyšetrenia pri chronickom svrbení s eozinofíliou.</w:t>
      </w:r>
    </w:p>
    <w:p/>
    <w:p>
      <w:pPr>
        <w:jc w:val="center"/>
      </w:pPr>
      <w:r>
        <w:t>Vygenerované: 25.03.2026 07:02:28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