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validácia predikčného modelu pre primárnu nereakciu na inhibítory IL-17A pri psoriáze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vyvinula a overila predikčný model na identifikáciu pacientov s psoriázou, ktorí nebudú reagovať na inhibítory IL-17A počas počiatočnej liečby. Výskum zahŕňal 370 pacientov v tréningovom súbore, 247 v internej validácii a 511 v externej validácii z 26 čínskych nemocníc. Primárna nereakcia bola definovaná ako nedosiahnutie aspoň 75% zlepšenia podľa indexu PASI (Psoriasis Area and Severity Index) do 12. týždňa liečby. Kľúčovými prediktórmi nereagovania boli vyšší index telesnej hmotnosti (BMI), absenzia rodinnej histórie psoriázy, predchádzajúca biologická liečba a vyššie počiatočné skóre PASI. Nedosiahnutie 40% zlepšenia PASI v 4. týždni sa ukázalo ako silný ukazovateľ budúcej nereagovania. Vyvinutý model dosahoval silnú diskriminačnú schopnosť s hodnotou AUC 0,766 v tréningovej skupine a stabilne si zachoval výkonnosť v internej validácii (AUC 0,706) aj externej validácii (AUC 0,708). Na základe modelu bola vytvorená online kalkulačka na individualizovaný odhad rizika, ktorá môže lekárom pomôcť pri včasnej identifikácii pacientov s vysokým rizikom nereagovania a prispieť k presnejšiemu rozhodovaniu pri liečbe psoriázy.</w:t>
      </w:r>
    </w:p>
    <w:p/>
    <w:p>
      <w:pPr>
        <w:jc w:val="center"/>
      </w:pPr>
      <w:r>
        <w:t>Vygenerované: 25.03.2026 07:02:07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