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Team-based primary care without collaboration: a call for academic partnerships in relational transformation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uskutočnila 11 fokusových skupín s 10 rodinnými zdravotníckymi tímami (FHT) a celkovo 48 účastníkmi, priemerne štyria na skupinu, počas druhej vlny pandémie COVID-19 napriek výzvam fyzického dištancovania.[1] Primárne zdravotnícke tímy preukázali úspešnú spoluprácu aj bez fyzickej spoluúčasť, vďaka predpandemickej tímovej funkcii, interakciám počas pandémie a zdieľanej odolnosti.[1] Prechod z osobnej na virtuálnu starostlivosť prebehol cez noc bez dostatočnej prípravy, no existujúce základy umožnili rýchle vytvorenie psychologickej bezpečnosti.[1] Štúdia identifikuje medzeru v spolupráci medzi primárnymi zdravotníckymi tímami a inými komunitnými agentúrami, kde takéto prepojenia boli výnimkou.[1] Autori vyzývajú na akademické partnerstvá na transformáciu vzťahov v tímovej primárnej starostlivosti, aby sa udržala investovaná spolupráca.[1] Virtuálna starostlivosť môže ponúknuť nové príležitosti na kreatívnu spoluprácu naprieč organizáciami pre komplexnejšiu pacientovo-centrovanú starostlivosť.[1]</w:t>
      </w:r>
    </w:p>
    <w:p/>
    <w:p>
      <w:pPr>
        <w:jc w:val="center"/>
      </w:pPr>
      <w:r>
        <w:t>Vygenerované: 25.03.2026 07:00:43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