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Väčšina hmotnostných spektrometrov zvláda niekoľko molekúl. Tento nový prototyp zvládne miliardy</w:t>
      </w:r>
    </w:p>
    <w:p>
      <w:r>
        <w:t>Zdroj: ScienceDaily Health</w:t>
      </w:r>
    </w:p>
    <w:p>
      <w:r>
        <w:t>Publikované: Wed, 25 Mar 2026 21:30:50 EDT</w:t>
      </w:r>
    </w:p>
    <w:p/>
    <w:p>
      <w:pPr>
        <w:pStyle w:val="Heading1"/>
      </w:pPr>
      <w:r>
        <w:t>Súhrn</w:t>
      </w:r>
    </w:p>
    <w:p>
      <w:r>
        <w:t>Väčšina hmotnostných spektrometrov analyzuje molekuly postupne, len niekoľko naraz, čo je pomalé a málo citlivé na vzácne molekuly.[1][2][3] Nový prototyp nazvaný MultiQ-IT dokáže chladiť, zachytávať, filtrovať a presmerovávať viac ako miliardu iónov súčasne.[1][4] Tento systém má 486 portov a pojme až desať miliárd nábojov, čo je približne tisíckrát viac ako štandardné pasce.[2] MultiQ-IT delí jediný prúd iónov na tisíce paralelne spracovávaných častí.[2] Vďaka elektrickým bariéram filtruje bežné rušivé molekuly a zachováva vzácne biologicky významné.[2] Dosahuje stonásobné zlepšenie pomeru signál-šum, čím odhaľuje predtým neviditeľné proteíny.[2] Štúdia o tomto prototype vyšla v časopise Science Advances.[3] Výsledky poskytujú plán pre rýchlejšie a citlivejšie prístroje.[3]</w:t>
      </w:r>
    </w:p>
    <w:p/>
    <w:p>
      <w:pPr>
        <w:jc w:val="center"/>
      </w:pPr>
      <w:r>
        <w:t>Vygenerované: 26.03.2026 07:00:34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