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Prečo váš mozog môže sabotovať vašu rovnováhu, keď starnete</w:t>
      </w:r>
    </w:p>
    <w:p>
      <w:r>
        <w:t>Zdroj: ScienceDaily Health</w:t>
      </w:r>
    </w:p>
    <w:p>
      <w:r>
        <w:t>Publikované: Wed, 25 Mar 2026 00:29:12 EDT</w:t>
      </w:r>
    </w:p>
    <w:p/>
    <w:p>
      <w:pPr>
        <w:pStyle w:val="Heading1"/>
      </w:pPr>
      <w:r>
        <w:t>Súhrn</w:t>
      </w:r>
    </w:p>
    <w:p>
      <w:r>
        <w:t>Problémy s rovnováhou pri starnutí a Parkinsonovej chorobe môžu vznikať tým, že mozog a svaly pracujú príliš intenzívne, nie nedostatočne. Vedci zistili, že pri malých poruchách rovnováhy sa mozog a svaly stávajú nadmerne aktívnymi, čo však paradoxne oslabuje schopnosť tela obnoviť stabilitu. Súčasne sa svaly môžu navzájom stiahnuť, čím sa pohyb stáva menej stabilným a kontrolovateľným. Tento neočakávaný mechanizmus by mohol pomôcť vedcom predpovedať, ktorí ľudia majú vyššie riziko pádu. Výskum naznačuje, že problém nie je v slabosti svalov, ale v ich nadmernej aktivácii a nedostatočnej koordinácii. Tieto poznatky môžu viesť k novým prístupom v liečbe a prevencii pádu u starších ľudí a pacientov s Parkinsonovou chorobou.</w:t>
      </w:r>
    </w:p>
    <w:p/>
    <w:p>
      <w:pPr>
        <w:jc w:val="center"/>
      </w:pPr>
      <w:r>
        <w:t>Vygenerované: 25.03.2026 06:00:33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