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Krvné testy na Alzheimerovu chorobu spoločne zlepšujú presnosť a znižujú nadmernú diagnostiku</w:t>
      </w:r>
    </w:p>
    <w:p>
      <w:r>
        <w:t>Zdroj: MedPage Today</w:t>
      </w:r>
    </w:p>
    <w:p>
      <w:r>
        <w:t>Publikované: Wed, 25 Mar 2026 17:27:46 -0400</w:t>
      </w:r>
    </w:p>
    <w:p/>
    <w:p>
      <w:pPr>
        <w:pStyle w:val="Heading1"/>
      </w:pPr>
      <w:r>
        <w:t>Súhrn</w:t>
      </w:r>
    </w:p>
    <w:p>
      <w:r>
        <w:t>Kombinácia dvoch krvných testov zlepšila diagnostiku Alzheimerovej choroby a znížila nadmernú diagnostiku u ľudí s asymptomatickou Alzheimerovou patológiou podľa prospektívnej kohorty štúdie.[2] Krvné testy merajúce bielkovinu p-tau217 vykazujú vysokú presnosť pri odhaľovaní zmien v mozgu spojených s Alzheimerovou chorobou, pričom ich presnosť na rozlíšenie iných typov demencie odborníci odhadujú na 89 až 98 percent.[7] Štúdia z februára 2026 publikovaná v časopise Nature Medicine ukázala, že test dokázal predpovedať nástup príznakov Alzheimerovej choroby s odchýlkou 3–4 roky.[2] Krvné testy majú preukázateľne dobrú negatívnu prediktívnu hodnotu, čo znamená, že sú účinné pri presnom určení, kto amyloidné ochorenie nemá – v prostrediach s nízkou prevalenciou je negatívny výsledok spoľahlivý na 97,9 percenta.[3] Tieto testy sú lacnejšie a dostupnejšie ako zobrazovanie mozgu či odbery mozgovomiechového moku, čo môže výrazne zlepšiť prístup k predikcii Alzheimerovej choroby.[2] Odborníci však zdôrazňujú, že krvné testy by mali byť využívané len u pacientov s príznakmi kognitívneho úpadku, nie u kognitívne zdravých ľudí.[4]</w:t>
      </w:r>
    </w:p>
    <w:p/>
    <w:p>
      <w:pPr>
        <w:jc w:val="center"/>
      </w:pPr>
      <w:r>
        <w:t>Vygenerované: 26.03.2026 00:00:52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