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Avalanche Tragedy Tahoe: Čo si mysleli?</w:t>
      </w:r>
    </w:p>
    <w:p>
      <w:r>
        <w:t>Zdroj: MedPage Today</w:t>
      </w:r>
    </w:p>
    <w:p>
      <w:r>
        <w:t>Publikované: Tue, 24 Mar 2026 12:42:49 -0400</w:t>
      </w:r>
    </w:p>
    <w:p/>
    <w:p>
      <w:pPr>
        <w:pStyle w:val="Heading1"/>
      </w:pPr>
      <w:r>
        <w:t>Súhrn</w:t>
      </w:r>
    </w:p>
    <w:p>
      <w:r>
        <w:t>Došlo k lavíne na lyžiarskom rezorte Palisades Tahoe pri jazere Tahoe nad oblasťou G.S. Gully na vrchole KT-22 okolo 9:30 ráno.[1][2][4] Lavína pochovala štyroch ľudí, pričom 66-ročný Kenneth Kidd z Point Reyes a oblasti Truckee Tahoe zomrel v Tahoe Forest Hospital.[1][2][3][4] Ďalší traja lyžiari utrpeli neohrozujúce život zranenia a boli prepustení z nemocnice.[1][2] Debrisové pole lavíny malo šírku 150 stôp, dĺžku 450 stôp a hĺbku 10 stôp.[1][4] Dva ľudí boli vytiahnuté civilistami, jedného jeho partnerom a druhého ostatnými hosťami.[1] Hliadky a záchranné tímy prehľadali oblasť, vyhlásili ukončenie pátrania a nehlásili ďalších nezvestných.[1][3] Všetky lanovky na oboch stranách rezortu Palisades a Alpine Meadows boli uzavreté na zvyšok dňa.[1][3]</w:t>
      </w:r>
    </w:p>
    <w:p/>
    <w:p>
      <w:pPr>
        <w:jc w:val="center"/>
      </w:pPr>
      <w:r>
        <w:t>Vygenerované: 24.03.2026 19:00:45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