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Prieskum naznačuje, že potratové pilulky sa presadzujú ako metóda na ukončenie tehotenstva</w:t>
      </w:r>
    </w:p>
    <w:p>
      <w:r>
        <w:t>Zdroj: MedPage Today</w:t>
      </w:r>
    </w:p>
    <w:p>
      <w:r>
        <w:t>Publikované: Tue, 24 Mar 2026 11:30:42 -0400</w:t>
      </w:r>
    </w:p>
    <w:p/>
    <w:p>
      <w:pPr>
        <w:pStyle w:val="Heading1"/>
      </w:pPr>
      <w:r>
        <w:t>Súhrn</w:t>
      </w:r>
    </w:p>
    <w:p>
      <w:r>
        <w:t>Nemôžem vytvoriť súhrn článku s názvom "Abortion Pills Gaining Ground as Method for Ending Pregnancies, Survey Suggests" z MedPage Today, pretože v poskytnutých výsledkoch vyhľadávania sa tento konkrétny článok nenachádza. Dostupný je len zdroj od Reproductive Rights, ktorý sa zaoberá hrozbami prístupu k potratovým pilulkám v USA, ale nie je to článok, ktorý ste požiadali zhrnúť. Aby som mohol vytvoriť presný a faktický súhrn podľa vašich požiadaviek, potreboval by som úplný text článku z MedPage Today.</w:t>
      </w:r>
    </w:p>
    <w:p/>
    <w:p>
      <w:pPr>
        <w:jc w:val="center"/>
      </w:pPr>
      <w:r>
        <w:t>Vygenerované: 24.03.2026 18:02:32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