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je bolesť hlavy o niečo horšia v "The Pitt": Lekár na pohotovosti</w:t>
      </w:r>
    </w:p>
    <w:p>
      <w:r>
        <w:t>Zdroj: MedPage Today</w:t>
      </w:r>
    </w:p>
    <w:p>
      <w:r>
        <w:t>Publikované: Tue, 24 Mar 2026 11:46:45 -0400</w:t>
      </w:r>
    </w:p>
    <w:p/>
    <w:p>
      <w:pPr>
        <w:pStyle w:val="Heading1"/>
      </w:pPr>
      <w:r>
        <w:t>Súhrn</w:t>
      </w:r>
    </w:p>
    <w:p>
      <w:r>
        <w:t>Článok z MedPage Today analyzuje druhú sezónu seriálu „The Pitt“ z pohľadu pohotovostného lekára Jeremyho Fausta, MD, šéfredaktora MedPage Today. Faust reaguje na najvýraznejšie momenty z druhej epizódy. Hovorí o použití nástrojov na dokumentáciu založených na generatívnej umelej inteligencii. Vyhodnocuje, čo seriál zachytáva presne a kde stlačuje realitu pre televízne účely. Oceňuje, ako mladý lekár doručil devastujúcu správu pacientke s demenciou. Lekár rýchlo prešiel k podstate a povedal priamo „zomrel“, namiesto eufemistických výrazov ako „zomrel pokojne“ alebo „neprežil“. Podľa Fausta je to v danej situácii veľmi dobre zvládnuté.</w:t>
      </w:r>
    </w:p>
    <w:p/>
    <w:p>
      <w:pPr>
        <w:jc w:val="center"/>
      </w:pPr>
      <w:r>
        <w:t>Vygenerované: 24.03.2026 18:02:23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