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Prevalencia a prediktory kineziofóbie pri psoriatickej artritíde: úloha centrálnej senzibilizácie a komorbidít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Štúdia skúmala kineziofóbiu (nadmerný strach z pohybu) u 246 pacientov s psoriatickou artritídou a zistila, že táto fóbia je prítomná u 45,5 % z nich. Pacienti s kineziofóbiou vykazovali signifikantne vyššie skóre centrálnej senzibilizácie (41,5 vs. 29), nižšiu fyzickú aktivitu (1 619,5 vs. 2 970 MET minút za týždeň) a väčšiu aktivitu ochorenia v porovnaní s pacientmi bez kineziofóbie. Medzi kineziofóbiou a centrálnou senzibilizáciou existovala významná korelácia (r = 0,39). Ako nezávislí prediktori kineziofóbie sa ukázali centrálna senzibilizácia a kvalita spánku, ktoré vysvetľovali 12 % variácie v jej výskyte. Štúdia dospela k záveru, že kineziofóbia funguje ako zosilňovač vnímania bolesti a funkčného postihnutia, najmä u pacientov s nesúladom medzi symptómami a zápalom. Obojsmerný vzťah medzi kineziofóbiou a centrálnou senzibilizáciou pravdepodobne udržiava chronickú bolesť a invaliditu u týchto pacientov.</w:t>
      </w:r>
    </w:p>
    <w:p/>
    <w:p>
      <w:pPr>
        <w:jc w:val="center"/>
      </w:pPr>
      <w:r>
        <w:t>Vygenerované: 24.03.2026 18:01:39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