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Ošetrovateľská starostlivosť o pacienta so syringomyéliou komplikovanou bakteriálnou pneumóniou a ťažkým tlakovým poranením: kazuistika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Štúdia popisuje ošetrovateľskú starostlivosť o pacienta s 23-ročnou anamnézou syringomyelie komplikovanou bakteriálnou pneumóniou a ťažkým tlakovým poranením. Hlavnými cieľmi boli kontrola infekcií a korekcia podvýživy. Implementovali sa komplexné intervencie kombinujúce čínsku a západnú medicínu, zamerané na prevenciu respiračných infekcií, tlakových poranení a nutričnú podporu. Multidisciplinárny manažment zahŕňal vhodnú antibiotickú liečbu a starostlivosť o tlakové poranenia. Po 13 dňoch hospitalizácie sa pacientov stav stabilizoval, horúčka klesla, markery infekcie sa znížili a nedošlo k sekundárnym infekciám. Pacient bol úspešne prepustený a následne sledovaný. Prípad zdôrazňuje výzvy pri viacerých komorbiditách a potrebu multidisciplinárnej spolupráce. Poskytuje usmernenia na zlepšenie kvality starostlivosti u podobných pacientov.</w:t>
      </w:r>
    </w:p>
    <w:p/>
    <w:p>
      <w:pPr>
        <w:jc w:val="center"/>
      </w:pPr>
      <w:r>
        <w:t>Vygenerované: 24.03.2026 18:01:28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