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Chránené: Budúcnosť zdravotníctva v Amerike: čo očakávať v nasledujúcom desaťročí</w:t>
      </w:r>
    </w:p>
    <w:p>
      <w:r>
        <w:t>Zdroj: Pharmaceutical Technology</w:t>
      </w:r>
    </w:p>
    <w:p>
      <w:r>
        <w:t>Publikované: Tue, 24 Mar 2026 14:30:06 +0000</w:t>
      </w:r>
    </w:p>
    <w:p/>
    <w:p>
      <w:pPr>
        <w:pStyle w:val="Heading1"/>
      </w:pPr>
      <w:r>
        <w:t>Súhrn</w:t>
      </w:r>
    </w:p>
    <w:p>
      <w:r>
        <w:t>Americký rezort zdravotníctva plánuje zrušiť približne desaťtisíc pracovných miest v rámci reštrukturalizácie.[1] Celkový počet zamestnancov na plný úväzok sa zníži z 82-tisíc na 62-tisíc, čo má ušetriť daňovým poplatníkom až 1,8 miliardy dolárov.[1] Zrušenia sa dotknú 3 500 miest na Úrade pre potraviny a lieky, 1 200 v Národných inštitútach zdravia a 2 400 v Centrách pre kontrolu a prevenciu chorôb.[1] Tieto opatrenia sa nedotknú hodnotiteľov liekov, zdravotníckych pomôcok, potravín ani inšpektorov.[1] Minister zdravotníctva Robert F. Kennedy označil toto obdobie za bolestivé a uviedol, že ide o zosúladenie organizácie s prioritami zvrátenia epidémie chronických ochorení.[1] Okrem toho USA zrušili financovanie 2 706 grantov v hodnote 1,9 miliardy dolárov na programy duševného zdravia a závislostí.[4] Spojené štáty oficiálne vystúpili zo Svetovej zdravotníckej organizácie po výpovedi a neplánujú sa vrátiť.[6]</w:t>
      </w:r>
    </w:p>
    <w:p/>
    <w:p>
      <w:pPr>
        <w:jc w:val="center"/>
      </w:pPr>
      <w:r>
        <w:t>Vygenerované: 24.03.2026 17:01:14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