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Ako Trump zvládne CDC a ACIP?</w:t>
      </w:r>
    </w:p>
    <w:p>
      <w:r>
        <w:t>Zdroj: STAT News</w:t>
      </w:r>
    </w:p>
    <w:p>
      <w:r>
        <w:t>Publikované: Tue, 24 Mar 2026 15:43:05 +0000</w:t>
      </w:r>
    </w:p>
    <w:p/>
    <w:p>
      <w:pPr>
        <w:pStyle w:val="Heading1"/>
      </w:pPr>
      <w:r>
        <w:t>Súhrn</w:t>
      </w:r>
    </w:p>
    <w:p>
      <w:r>
        <w:t>Článok diskutuje, ako Donald Trump zvládne riadenie CDC a ACIP. Trumpove rozhodnutia slúžia ako test vplyvu hnutia MAHA RFK mladšieho v Bielom dome. Prezident Donald Trump vymenoval päť nových členov do externého poradného výboru CDC pre očkovanie (ACIP). Toto vymenovanie sa uskutočnilo len pár dní pred termínom výboru. Rozhodnutia ohľadom CDC a ACIP testujú silu hnutia MAHA RFK Jr. v administratíve.</w:t>
      </w:r>
    </w:p>
    <w:p/>
    <w:p>
      <w:pPr>
        <w:jc w:val="center"/>
      </w:pPr>
      <w:r>
        <w:t>Vygenerované: 24.03.2026 17:01:04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