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Manažment diabetického makulárneho edému: od anti-VEGF po nové terapie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Diabetický makulárny edém (DME) je častou komplikáciou diabetu, ktorá ohrozuje zrak a vzniká v dôsledku zápalových, cievnych a metabolických procesov. Liečba anti-VEGF látkami zásadne zmenila manažment DME a je dnes základom terapie. Klinické dôkazy podporujú použitie ranibizumabu, afliberceptu a conberceptu. Ako doplnkové možnosti slúžia intravitreálne kortikosteroidy a podprahová mikropulzná laserová terapia. Nedávne pokroky zahŕňajú dvojcestnú inhibíciu faricimabom, systémové lieky ako inhibítory sodíkovo-glukózového kotransportéra-2 a metformín. Nové stratégie zlepšujú trvanlivosť liečby prostredníctvom dlhodobo pôsobiacich anti-VEGF formulácií a génových terapií. Tieto prístupy smerujú k trvalejšiemu a individualizovanému riadeniu DME.</w:t>
      </w:r>
    </w:p>
    <w:p/>
    <w:p>
      <w:pPr>
        <w:jc w:val="center"/>
      </w:pPr>
      <w:r>
        <w:t>Vygenerované: 24.03.2026 17:00:42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