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pStyle w:val="Title"/>
        <w:jc w:val="center"/>
      </w:pPr>
      <w:r>
        <w:t>Stanovisko: Po každej pandémii nasleduje amnézia. Ale Covid's je veľmi odlišný</w:t>
      </w:r>
    </w:p>
    <w:p>
      <w:r>
        <w:t>Zdroj: STAT News</w:t>
      </w:r>
    </w:p>
    <w:p>
      <w:r>
        <w:t>Publikované: Tue, 24 Mar 2026 08:30:00 +0000</w:t>
      </w:r>
    </w:p>
    <w:p/>
    <w:p>
      <w:pPr>
        <w:pStyle w:val="Heading1"/>
      </w:pPr>
      <w:r>
        <w:t>Súhrn</w:t>
      </w:r>
    </w:p>
    <w:p>
      <w:r>
        <w:t>David Blumenthal a James A. Morone vo svojej novej knihe „Whiplash“ opisujú úryvok, v ktorom sa venujú pandémiám. Tvrdia, že po každej pandémii nasleduje amnézia. Pandémia COVID-19 je podľa nich veľmi odlišná. V úryvku popisujú, ako sa vedci stali darebákmi pre MAGA. Kniha sa zaoberá bojom o Obamacare až po vojnu proti vede. Autori opisujú, ako traja rôzni prezidenti manévrovali cez rôzne ciele. Zahŕňa aj COVID epidémiu a čelenie jej prezidentom Trumpom.[1][2]</w:t>
      </w:r>
    </w:p>
    <w:p/>
    <w:p>
      <w:pPr>
        <w:jc w:val="center"/>
      </w:pPr>
      <w:r>
        <w:t>Vygenerované: 24.03.2026 10:01:13</w:t>
      </w:r>
    </w:p>
    <w:sectPr w:rsidR="00FC693F" w:rsidRPr="0006063C" w:rsidSect="00034616"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