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Inzulínové pilulky môžu čoskoro nahradiť každodenné injekcie</w:t>
      </w:r>
    </w:p>
    <w:p>
      <w:r>
        <w:t>Zdroj: ScienceDaily Health</w:t>
      </w:r>
    </w:p>
    <w:p>
      <w:r>
        <w:t>Publikované: Tue, 24 Mar 2026 04:08:11 EDT</w:t>
      </w:r>
    </w:p>
    <w:p/>
    <w:p>
      <w:pPr>
        <w:pStyle w:val="Heading1"/>
      </w:pPr>
      <w:r>
        <w:t>Súhrn</w:t>
      </w:r>
    </w:p>
    <w:p>
      <w:r>
        <w:t>Vedci z Kumamoto University vyvinuli prelomovú technológiu na perorálne podávanie inzulínu pomocou malého peptidu nazvaného DNP peptid, ktorý umožňuje inzulínu prejsť cez črevnú stenu.[1] Viac ako storočie bol perorálny inzulín považovaný za "sen" v liečbe cukrovky, pretože tráviacu sústavu ničil enzýmy a chýbal mu mechanizmus na transport inzulínu v tenkom čreve.[1] Výskumný tím vedený docent. Shingo Ito testoval svoju platformu na myšiach s rôznymi typmi cukrovky a dosiahol farmakologickú biodostupnosť približne 33–41 % v porovnaní s podkožným vstrekom.[1] Na rozdiel od predchádzajúcich pokusov, ktoré vyžadovali veľmi vysoké dávky inzulínu (často desaťnásobne vyššie ako pri injekciách), táto nová metóda výrazne znížila potrebné množstvo leku.[1] Jednorázové denné dávkovanie udržiavalo normálnu hladinu cukru v krvi počas troch po sebe idúcich dní.[1] Štúdia bola publikovaná v medzinárodnom časopise Molecular Pharmaceutics v novembri 2025 a výskumný tím pokračuje v prípravách na klinické štúdie vrátane testov na väčších zvieratách a ľudských črevných systémoch.[1]</w:t>
      </w:r>
    </w:p>
    <w:p/>
    <w:p>
      <w:pPr>
        <w:jc w:val="center"/>
      </w:pPr>
      <w:r>
        <w:t>Vygenerované: 24.03.2026 10:00:37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