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včasnej aspirácie spúta asistovanej bronchoskopiou pri lôžku pri liečbe pneumónie u pacientov s mozgovou príhodou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Štúdia vyhodnotila bezpečnosť a účinnosť včasnej aspirácie spúta pri lôžku asistovanej bronchoskopiou u pacientov s mozgovou príhodou a pneumóniou. Retrospektívna analýza zahŕňala údaje pacientov prijatých na Oddelenie respiračnej medicíny a medicíny kritickej starostlivosti v General Hospital of Northern Theatre Command od 1. januára 2022 do 3. decembra 2022. V skupine s bronchoskopickou aspiráciou bola dĺžka pobytu na JIS významne kratšia ako v kontrolnej skupine (3,364 ± 4,574 dňa oproti 6,199 ± 11,38 dňa; p = 0,03). Trvanie antibiotickej liečby bolo v intervenčnej skupine kratšie (9,792 ± 7,17 dňa oproti 12,51 ± 10,38 dňa; p = 0,0414). Podiel pacientov s klinickým zlepšením bol vyšší v skupine s bronchoskopiou, ale rozdiel nebol štatisticky významný. Medzi skupinami neboli významné rozdiely vo výskyte komplikácií ako hypoxia, hemoptýza alebo arytmia. Aplikácia lôžkovej fibrooptickej bronchoskopie skracuje pobyt na JIS a užívanie antibiotík a má klinickú hodnotu.</w:t>
      </w:r>
    </w:p>
    <w:p/>
    <w:p>
      <w:pPr>
        <w:jc w:val="center"/>
      </w:pPr>
      <w:r>
        <w:t>Vygenerované: 24.03.2026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