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Qiju Granule zmierňuje poškodenie sietnice na myšom modeli makulárnej degenerácie súvisiacej s vekom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Vekom podmienená makulárna degenerácia (AMD) je hlavnou príčinou straty zraku u starších ľudí a jej patofyziológia je neúplne pochopená. Štúdia hodnotila ochranné účinky Qiju Granule na myšom modeli AMD vyvolanom chronickým vystavením svetlu a kŕmením hydrochinónom. Funkcia a štruktúra sietnice boli posúdené elektroretinografiou a histomorfologickými analýzami. Liečba Qiju Granule zachovala funkciu sietnice, zlepšila elektroretinografické odozvy a udržala štrukturálnu integritu sietnice a vrstvy RPE. Qiju Granule vykazovalo antiapoptotické účinky s výrazným znížením TUNEL-pozitívnych buniek sietnice. Znížilo expresiu angiogénnych faktorov VEGF a CD31, čím potlačilo aberantnú angiogénnu signalizáciu. Zistenia naznačujú ochrannú úlohu Qiju Granule pri zmierňovaní poškodenia sietnice a jeho potenciál ako terapeutického kandidáta na prevenciu pokročilej AMD.</w:t>
      </w:r>
    </w:p>
    <w:p/>
    <w:p>
      <w:pPr>
        <w:jc w:val="center"/>
      </w:pPr>
      <w:r>
        <w:t>Vygenerované: 24.03.2026 07:00:35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