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Mozgové vlny počas spánku predpovedajú riziko demencie</w:t>
      </w:r>
    </w:p>
    <w:p>
      <w:r>
        <w:t>Zdroj: MedPage Today</w:t>
      </w:r>
    </w:p>
    <w:p>
      <w:r>
        <w:t>Publikované: Mon, 23 Mar 2026 16:42:05 -0400</w:t>
      </w:r>
    </w:p>
    <w:p/>
    <w:p>
      <w:pPr>
        <w:pStyle w:val="Heading1"/>
      </w:pPr>
      <w:r>
        <w:t>Súhrn</w:t>
      </w:r>
    </w:p>
    <w:p>
      <w:r>
        <w:t>Metaanalýza ukázala, že index veku mozgu odvodený z mikroštruktúr spánkového EEG predpovedá riziko demencie[1][2]. Výskumníci z UCSF a Beth Israel Deaconess Medical Center analyzovali údaje z piatich kohôrt s 7 105 účastníkmi vo veku 40 až 94 rokov, žiadny nemal demenciu na začiatku[1][2]. Účastníkov sledovali 3,5 až 17 rokov, počas čoho sa u približne 1 000 vyvinula demencia[1][2]. Každý 10-ročný nárast indexu veku mozgu zvyšuje riziko demencie, aj po zohľadnení faktorov ako vzdelanie, fajčenie, BMI, fyzická aktivita a genetické riziko[1][2]. Dôležité EEG vzory zahŕňajú delta vlny v hlbokom spánku, sleep spindly pre ukladanie pamäti a ostré špičky (kurtosis), ktoré znižujú riziko demencie[1][2]. Tieto jemnostruktúrne vzory poskytujú lepší pohľad na starnutie mozgu ako tradičné metriky spánku, ako dĺžka spánku či jeho efektivita[1][2].</w:t>
      </w:r>
    </w:p>
    <w:p/>
    <w:p>
      <w:pPr>
        <w:jc w:val="center"/>
      </w:pPr>
      <w:r>
        <w:t>Vygenerované: 23.03.2026 23:00:41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