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Globálne trendy a horúce miesta prírodných liekov na liečbu patologických jaziev: vizualizovaná bibliometrická analýza (2008–2025)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Táto bibliometrická analýza skúma globálne trendy prírodných liekov na liečbu patologických jaziev na základe publikácií z rokov 2008 až 2025 z databáz WOSCC a PubMed. Celkovo bolo identifikovaných 234 príspevkov od 1 395 autorov z 396 inštitúcií v 39 krajinách a regiónoch. Čína vedie v počte publikácií a štyria z piatich najproduktívnejších autorov sú z Číny. Medzi inštitúciami dominuje Univerzita Shanghai Jiao Tong. Analýzy boli vykonané nástrojmi VOSviewer, CiteSpace, Scimago Graphica, Microsoft Office Excel a GraphPad Prism. Najnovšie kľúčové slová zahŕňajú dodávanie liečiv, transdermálne dodávanie, antioxidant, angiogenéza a TGF-β/Smad. Výskum je vo fáze vývoja a táto štúdia je prvou bibliometrickou analýzou v tejto oblasti.</w:t>
      </w:r>
    </w:p>
    <w:p/>
    <w:p>
      <w:pPr>
        <w:jc w:val="center"/>
      </w:pPr>
      <w:r>
        <w:t>Vygenerované: 23.03.2026 18:00:40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