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MRI mozgu pre kognitívne poškodenie súvisiace s CAD s doplnkovými pohľadmi z tradičnej čínskej medicíny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Ochorenie koronárnych artérií (CAD) a kognitívna porucha (CI) predstavujú významnú výzvu pre verejné zdravie, pričom teória osi srdca a mozgu vysvetľuje ich vzájomnú súvislosť. CAD poškodzuje mikroštruktúru bielej hmoty mozgu, narúša funkčnú konektivitu mozgových sietí a spôsobuje atrofiu šedej hmoty prostredníctvom chronickej mozgovej hypoperfúzie, ochorenia malých ciev, neurozápalu a oxidačného stresu, čo vedie ku kognitívnemu poklesu. Na posúdenie poškodenia osi srdce-mozog sa používa multimodálna magnetická rezonancia mozgu (MRI). Grafo-teoretická analýza a umelá inteligencia umožňujú identifikovať vzťahy medzi abnormálnou topológiou mozgovej siete, fenotypmi kardiovaskulárneho rizika a zobrazovacími funkciami u pacientov s CAD a slúžia ako sľubné biomarkery. Prehľad systematicky skúma MRI biomarkery ako objektívne nástroje na overenie teórie srdca a mozgu v tradičnej čínskej medicíne (TCM) pri CI súvisiacej s CAD. Objasňuje konvergenciu holistických konceptov TCM s moderným neuroimagingom a poskytuje rámec pre hodnotenie zobrazovania, ktorý usmerňuje vývoj integrovaných stratégií TCM a západnej medicíny na synergickú liečbu srdca a mozgu.</w:t>
      </w:r>
    </w:p>
    <w:p/>
    <w:p>
      <w:pPr>
        <w:jc w:val="center"/>
      </w:pPr>
      <w:r>
        <w:t>Vygenerované: 23.03.2026 14:00:51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