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Lucy Letby: Kľúčový lekársky svedok v procese bol vyšetrovaný jeho zamestnávateľmi</w:t>
      </w:r>
    </w:p>
    <w:p>
      <w:r>
        <w:t>Zdroj: BMJ</w:t>
      </w:r>
    </w:p>
    <w:p>
      <w:r>
        <w:t>Publikované: 2026-03-23T09:21:15-07:00</w:t>
      </w:r>
    </w:p>
    <w:p/>
    <w:p>
      <w:pPr>
        <w:pStyle w:val="Heading1"/>
      </w:pPr>
      <w:r>
        <w:t>Súhrn</w:t>
      </w:r>
    </w:p>
    <w:p>
      <w:r>
        <w:t>Peter Hindmarsh, popredný expert na detskú endokrinológiu, poskytol kľúčové svedectvo v procese proti zdravotnej sestre Lucy Letbyovej v novembri 2022 a februári 2023, v ktorom tvrdil, že Letby úmyselne vpichla inzulín do výživových vreciek dvoch novorodencov.[1][2] V čase jeho svedectva bol Hindmarsh vyšetrovaný Všeobecnou lekárskou radou (GMC) kvôli obavám vrátane diagnostiky a liečby pacientov, používania liečby v neobvyklých vekových skupinách bez adekvátneho monitorovania a prípadov, kde bolo údajne spôsobené poškodenie pacientov.[1][2] GMC zistila, že Hindmarsh môže predstavovať „skutočné riziko" pre verejnosť a že jeho konanie „môže mať potenciál ovplyvniť jeho schopnosť pôsobiť ako odborný svedok".[1] Nemocnica Great Ormond Street, kde bol Hindmarsh čestným konzultantom, ho prepustila z tejto pozície počas jeho vyšetrovania.[1] Hindmarsh sa dobrovoľne vymazal z lekárskeho registra GMC v novembri 2024, čím sa vyšetrovanie nikdy nedokončilo.[2] Skupina štrnástich svetoznámych odborníkov neskôr tvrdila, že Hindmarshove medicínske vysvetlenia v procese boli nesprávne a že nenašli dôkazy o tom, že by Letby spôsobila ujmu ktorémukoľvek z detí, ktorých bola odsúdená.[1]</w:t>
      </w:r>
    </w:p>
    <w:p/>
    <w:p>
      <w:pPr>
        <w:jc w:val="center"/>
      </w:pPr>
      <w:r>
        <w:t>Vygenerované: 24.03.2026 12:02:22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