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skrytý Alzheimerov „spínač smrti“ v mozgu</w:t>
      </w:r>
    </w:p>
    <w:p>
      <w:r>
        <w:t>Zdroj: ScienceDaily Health</w:t>
      </w:r>
    </w:p>
    <w:p>
      <w:r>
        <w:t>Publikované: Mon, 23 Mar 2026 05:34:10 EDT</w:t>
      </w:r>
    </w:p>
    <w:p/>
    <w:p>
      <w:pPr>
        <w:pStyle w:val="Heading1"/>
      </w:pPr>
      <w:r>
        <w:t>Súhrn</w:t>
      </w:r>
    </w:p>
    <w:p>
      <w:r>
        <w:t>Vedci objavili skrytý „spínač smrti“ v mozgu, ktorý môže spúšťať Alzheimerovu chorobu. Ide o toxické párovanie dvoch proteínov, ktoré po spojení ničia mozgové bunky a podporujú stratu pamäti. Pomocou novej zlúčeniny vedci rozbili toto párovanie u myší. Tým spomalili progresiu ochorenia a ochránili mozgové bunky. Zlúčenina zároveň znížila nahromadenie charakteristického amyloidu. Tento objav poukazuje na potenciálny spôsob zastavenia deštrukcie neurónov v mozgu.</w:t>
      </w:r>
    </w:p>
    <w:p/>
    <w:p>
      <w:pPr>
        <w:jc w:val="center"/>
      </w:pPr>
      <w:r>
        <w:t>Vygenerované: 23.03.2026 11:00:49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