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Cerebrálna vzduchová embólia v intervenčnej pulmonológii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Intervenčná pulmonológia zmenila diagnostiku a liečbu respiračných ochorení pomocou minimálne invazívnych techník. Mozgová vzduchová embólia (CAE) je jej potenciálne smrteľnou komplikáciou s incidenciou 0,02 až 0,4 % a úmrtnosťou 20 až 30 %. Autori prehľadali databázy ako PubMed, Scopus, Web of Science, Wanfang, CNKI a VIP od januára 2001 do decembra 2024, vrátane manuálneho vyhľadávania. Analyzovali 53 prípadov cerebrálnej venóznej a arteriálnej vzduchovej embólie spojených s intervenčnou pulmonológiou. Prehľad integruje dôkazy o epidemiológii, patofyziológii, klinických prejavoch a liečbe CAE v súvislosti s intervenčnou pulmonológiou. Systematicky spájajú patofyziologické mechanizmy s konkrétnymi krokmi postupov. Navrhujú preventívny rámec založený na dôkazoch pre tieto postupy. Implementácia rámca v štandardných postupoch je nevyhnutná na predvídanie rizík, včasnú diagnostiku, intervenciu a zlepšenie bezpečnosti pacienta.</w:t>
      </w:r>
    </w:p>
    <w:p/>
    <w:p>
      <w:pPr>
        <w:jc w:val="center"/>
      </w:pPr>
      <w:r>
        <w:t>Vygenerované: 23.03.2026 07:47:21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