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Fenotyp neuromotorickej krehkosti a riziko pádu v geriatrii s osteoartritídou kolena: prierezová analýza výkonu fyzikálnej terapie a psychometrických výsledkov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V prierezovej štúdii 128 starších dospelých s osteoartritídou kolena (64 padajúcich a 64 nepadajúcich) sa porovnávali profily neuromotorickej krehkosti pomocou meraní fyzikálnej terapie. Padajúci mali významne nižšie skóre v Functional Gait Assessment (16,45 ± 4,16 vs. 20,71 ± 3,87, p &lt; 0,001). Nezávisle spojené s pádom boli TUG-DT (OR = 1,35, 95 % CI: 1,18–1,55), FSST (OR = 1,21, 95 % CI: 1,05–1,39) a FES-I (OR = 1,11, 95 % CI: 1,03–1,19). Použili sa testy DuPT a Task Up (TUG-DT), Four Square Step Test (FSST), Falls Efficacy Scale – International (FES-I), Functional Gait Assessment (FGA), Short Physical Performance Battery (SPPB) a ďalšie. Exploračná faktorová analýza identifikovala tri faktory: dynamickú rovnováhu, funkčnú mobilitu a strach z pádu. Multidimenzionálna batéria meraní efektívne odlišuje padajúcich od nepadajúcich a charakterizuje fenotyp neuromotorickej krehkosti. Tieto merania poskytujú klinicky relevantné indikátory rizika pádu ako multidimenzionálneho konštruktu.</w:t>
      </w:r>
    </w:p>
    <w:p/>
    <w:p>
      <w:pPr>
        <w:jc w:val="center"/>
      </w:pPr>
      <w:r>
        <w:t>Vygenerované: 23.03.2026 07:46:21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