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Prognostické asociácie nedostatku vitamínu D so závažnosťou ochorenia, prežitím a komplikáciami pri ochorení pečene súvisiacich s alkoholom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Štúdia analyzovala 115 hospitalizovaných pacientov s alkoholovým ochorením pečene (ALD) v rokoch 2021 až 2024, kde nedostatok vitamínu D (sérový 25(OH)D &lt; 20 ng/ml) mal 35,7 % pacientov. Nedostatok vitamínu D bol po úprave podľa sezóny spojený s alkoholickou hepatitídou, cirhózou, ascitom, sarkopéniou, zvýšeným celkovým bilirubínom, skóre MELD a Maddreyho diskriminačnou funkciou ≥ 32 (všetky p &lt; 0,05). V multivariabilnej logistickej regresii nezávisle predpovedal väčšiu závažnosť ochorenia (OR 3,087, 95 % CI 1,034–9,215; p = 0,043). Kaplan-Meierova analýza ukázala znížené prežitie u pacientov s nedostatkom (log-rank p = 0,025) a multivariabilná Coxova regresia potvrdila ho ako nezávislý prediktor mortality (HR 3,179, 95 % CI 1,064–9,500; p = 0,038). ROC analýzy w naznačili optimálne hraničné hodnoty 25(OH)D 22,74 ng/ml pre sarkopéniu a 14,2 ng/ml pre spontánnu bakteriálnu peritonitídu (SBP). Nedostatok vitamínu D bol spojený s väčšou závažnosťou ochorenia, zníženým prežitím a zvýšeným rizikom sarkopénie a SBP. Zistenia sú prieskumné kvôli retrospektívnemu dizajnu, obmedzenému počtu udalostí a krátkemu sledovaniu a vyžadujú potvrdenie v prospektívnych štúdiách.</w:t>
      </w:r>
    </w:p>
    <w:p/>
    <w:p>
      <w:pPr>
        <w:jc w:val="center"/>
      </w:pPr>
      <w:r>
        <w:t>Vygenerované: 23.03.2026 07:45:41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