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Konzervatívna lekárska liečba vyliečila intersticiálne tubárne tehotenstvo komplikované pseudoaneuryzmou maternicovej artérie: kazuistika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U 23-ročnej ženy bez predchádzajúcich pôrodov bola diagnostikovaná intersticiálna tubárna gravidita po 49 dňoch amenorey, 11 dňoch vaginálneho krvácania a bolesti v podbrušku, s hodnotou β-hCG 607,3 mIU/ml a bez intrauterinného gestačného vaku. Liečba začala 100 mg perorálnym mifepristonom denne, na 5. deň sa pridalo 75 mg intramuskulárneho metotrexátu kvôli rastu β-hCG. Na 11. deň ultrazvuk odhalil graviditu komplikovanú pseudoaneuryzmou maternicovej artérie veľkosti 1,0 × 1,3 cm. Pokračovala kombinovaná liečba tromi dávkami metotrexátu a mifepristonom, pri čom β-hCG kolísalo medzi 607,3 a 2 375 mIU/ml a potom klesalo. Na 26. deň sa objavila bolesť s ultrazvukovým nálezom hmoty 3,0 × 3,1 cm bez pseudoaneuryzmy a malým množstvom voľnej tekutiny. Na 32. deň bolesti ustúpili, mifepriston sa vysadil a žena bola prepustená s normálnymi krvnými testami. Po 6 mesiacoch nebola recidíva pseudoaneuryzmy a β-hCG bolo normálne. Ultrazvuk má kľúčovú diagnostickú úlohu a konzervatívna liečba dosiahla duálne vyliečenie.</w:t>
      </w:r>
    </w:p>
    <w:p/>
    <w:p>
      <w:pPr>
        <w:jc w:val="center"/>
      </w:pPr>
      <w:r>
        <w:t>Vygenerované: 23.03.2026 07:45:31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