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Bariéry využívania zručností fyzického hodnotenia v klinických praktikách medzi študentmi ošetrovateľstva: prierezová štúdia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preskúmala prekážky využívania zručností fyzického hodnotenia medzi študentmi ošetrovateľstva na Northern Border University v rámci popisnej prierezovej štúdie s 260 účastníkmi. Použil sa online dotazník s demografickými údajmi a päťbodovou Likertovou škálou (1–5 bodov). Z účastníkov bolo 68,5 % vo veku 20–29 rokov, 67,7 % žien, 75,8 % slobodných, 56,5 % v treťom ročníku a 80,8 % malo GPA nad 3,5. Mnohí študenti považujú fyzické hodnotenie za úlohu lekára. Najvýznamnejšie bariéry boli závislosť od technológie, nedostatok času a kultúra oddelenia. Ženy uvádzali viac prekážok, najmä technologickú závislosť a nízku dôveru (p &lt; 0,05), študenti bežného programu čelili väčším výzvam ako tí v preklenovacích programoch (p &lt; 0,05). Typ programu, vek a pohlavie významne predpovedali vnímané bariéry (p &lt; 0,05). Štúdia zdôrazňuje potrebu cielených intervencií, ako štruktúrovaná simulácia a klinické mentorstvo.[2]</w:t>
      </w:r>
    </w:p>
    <w:p/>
    <w:p>
      <w:pPr>
        <w:jc w:val="center"/>
      </w:pPr>
      <w:r>
        <w:t>Vygenerované: 23.03.2026 07:01:26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