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Torické verzus netorické vnútroočné šošovky pre už existujúci rohovkový astigmatizmus: systematický prehľad a metaanalýza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Predoperačný rohovkový astigmatizmus je častý u pacientov s kataraktou a zhoršuje nekorigovanú zrakovú ostrosť na diaľku. Štúdia porovnala torické a netorické vnútroočné šošovky u pacientov s kataraktou a rohovkovým astigmatizmom na základe dvanástich klinických štúdií. Primárnym výsledkom bol pooperačný reziduálny refrakčný astigmatizmus, sekundárnymi UDVA, korigovaná zraková ostrosť na diaľku, podiel očí s reziduálnym cylindrom ≤ 0,5 D a sférický ekvivalent. Torické šošovky dosiahli nižší reziduálny refrakčný astigmatizmus (SMD = -1,03, 95 % CI -1,16 až -0,90) a lepšiu UDVA (SMD = -0,91, 95 % CI -1,07 až -0,76) ako netorické. Viac očí s torickými šošovkami malo reziduálny cylinder ≤ 0,5 D (OR = 3,31, 95 % CI 2,44 až 4,48). Rozdiely v sférickom ekvivalente boli malé (MD = 0,07 D, 95 % CI 0,02 až 0,13). Torické šošovky poskytujú presnejšiu korekciu astigmatizmu a lepšie nekorigované videnie na diaľku.</w:t>
      </w:r>
    </w:p>
    <w:p/>
    <w:p>
      <w:pPr>
        <w:jc w:val="center"/>
      </w:pPr>
      <w:r>
        <w:t>Vygenerované: 23.03.2026 07:00:40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